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svgsrc1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September 02, 2026</w:t>
      </w:r>
    </w:p>
    <w:p/>
    <w:sectPr w:rsidR="00FC693F" w:rsidRPr="0006063C" w:rsidSect="00034616">
      <w:headerReference w:type="default" r:id="rId9"/>
      <w:footerReference w:type="default" r:id="rId10"/>
      <w:pgSz w:w="11906" w:h="16838" w:code="9"/>
      <w:pgMar w:top="1814" w:right="851" w:bottom="1474" w:left="851" w:header="851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 xmlns:a="http://schemas.openxmlformats.org/drawingml/2006/main" xmlns:pic="http://schemas.openxmlformats.org/drawingml/2006/picture">
      <w:drawing>
        <wp:anchor distT="0" distB="0" distL="0" distR="0" simplePos="0" relativeHeight="184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176400</wp:posOffset>
          </wp:positionV>
          <wp:extent cx="1353600" cy="187200"/>
          <wp:effectExtent l="0" t="0" r="0" b="0"/>
          <wp:wrapNone/>
          <wp:docPr id="184" name="Text Box 184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3536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r>
                        <w:t xml:space="preserve">Page | </w:t>
                      </w: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5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185" name="Rectangle 185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6" behindDoc="0" locked="0" layoutInCell="1" allowOverlap="1">
          <wp:simplePos x="0" y="0"/>
          <wp:positionH relativeFrom="margin">
            <wp:align>center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186" name="Rectangle 186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7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187" name="Rectangle 187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distT="0" distB="0" distL="0" distR="0" simplePos="0" relativeHeight="178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-612000</wp:posOffset>
          </wp:positionV>
          <wp:extent cx="1356822" cy="252000"/>
          <wp:effectExtent l="0" t="0" r="0" b="0"/>
          <wp:wrapNone/>
          <wp:docPr id="178" name="Picture 178"/>
          <wp:cNvGraphicFramePr/>
          <a:graphic>
            <a:graphicData uri="http://schemas.openxmlformats.org/drawingml/2006/picture">
              <pic:pic>
                <pic:nvPicPr>
                  <pic:cNvPr id="178" name="Picture 17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822" cy="25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79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179" name="Rectangle 179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180" name="Rectangle 180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1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181" name="Rectangle 181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2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-324000</wp:posOffset>
          </wp:positionV>
          <wp:extent cx="2080800" cy="172800"/>
          <wp:effectExtent l="0" t="0" r="0" b="0"/>
          <wp:wrapNone/>
          <wp:docPr id="182" name="Text Box 182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808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USA | UAE | INDIA | SINGAPORE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83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-324000</wp:posOffset>
          </wp:positionV>
          <wp:extent cx="2019600" cy="172800"/>
          <wp:effectExtent l="0" t="0" r="0" b="0"/>
          <wp:wrapNone/>
          <wp:docPr id="183" name="Text Box 183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196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The Global Business Platform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svgsrc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7F32"/>
      </a:accent1>
      <a:accent2>
        <a:srgbClr val="298FC2"/>
      </a:accent2>
      <a:accent3>
        <a:srgbClr val="6CC24A"/>
      </a:accent3>
      <a:accent4>
        <a:srgbClr val="FF7F32"/>
      </a:accent4>
      <a:accent5>
        <a:srgbClr val="298FC2"/>
      </a:accent5>
      <a:accent6>
        <a:srgbClr val="6CC24A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COZ CLUB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COZ CLUB Letterhead</dc:title>
  <dc:subject/>
  <dc:creator>COZ CLUB</dc:creator>
  <cp:keywords/>
  <dc:description>COZ CLUB official letterhead template</dc:description>
  <cp:lastModifiedBy>COZ CLUB</cp:lastModifiedBy>
  <cp:revision>1</cp:revision>
  <dcterms:created xsi:type="dcterms:W3CDTF">2026-09-02T13:17:31Z</dcterms:created>
  <dcterms:modified xsi:type="dcterms:W3CDTF">2026-09-02T13:17:31Z</dcterms:modified>
  <cp:category/>
</cp:coreProperties>
</file>